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5DDEB" w14:textId="77777777" w:rsidR="00FA14E0" w:rsidRDefault="00FA14E0" w:rsidP="00FA14E0">
      <w:pPr>
        <w:spacing w:after="0" w:line="360" w:lineRule="auto"/>
        <w:jc w:val="center"/>
        <w:rPr>
          <w:rFonts w:cs="Times New Roman"/>
          <w:b/>
          <w:sz w:val="24"/>
          <w:szCs w:val="24"/>
          <w:lang w:val="pl-PL" w:eastAsia="pl-PL"/>
        </w:rPr>
      </w:pPr>
    </w:p>
    <w:p w14:paraId="2BE840FE" w14:textId="1EB4693C" w:rsidR="00FA14E0" w:rsidRPr="00FA14E0" w:rsidRDefault="00FA14E0" w:rsidP="00FA14E0">
      <w:pPr>
        <w:spacing w:after="0" w:line="360" w:lineRule="auto"/>
        <w:jc w:val="center"/>
        <w:rPr>
          <w:rFonts w:cs="Times New Roman"/>
          <w:b/>
          <w:sz w:val="24"/>
          <w:szCs w:val="24"/>
          <w:lang w:val="pl-PL" w:eastAsia="pl-PL"/>
        </w:rPr>
      </w:pPr>
      <w:r w:rsidRPr="00FA14E0">
        <w:rPr>
          <w:rFonts w:cs="Times New Roman"/>
          <w:b/>
          <w:sz w:val="24"/>
          <w:szCs w:val="24"/>
          <w:lang w:val="pl-PL" w:eastAsia="pl-PL"/>
        </w:rPr>
        <w:t>WZÓR FORMULARZA OFERTY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394"/>
      </w:tblGrid>
      <w:tr w:rsidR="00FA14E0" w:rsidRPr="00FA14E0" w14:paraId="2DB70D9D" w14:textId="77777777" w:rsidTr="00AF5574">
        <w:trPr>
          <w:trHeight w:val="708"/>
        </w:trPr>
        <w:tc>
          <w:tcPr>
            <w:tcW w:w="4678" w:type="dxa"/>
          </w:tcPr>
          <w:p w14:paraId="08121B21" w14:textId="77777777" w:rsidR="00FA14E0" w:rsidRPr="00FA14E0" w:rsidRDefault="00FA14E0" w:rsidP="00FA14E0">
            <w:pPr>
              <w:spacing w:after="0" w:line="240" w:lineRule="auto"/>
              <w:jc w:val="both"/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</w:pPr>
            <w:r w:rsidRPr="00FA14E0"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  <w:t>Nazwa Wykonawcy</w:t>
            </w:r>
          </w:p>
          <w:p w14:paraId="39A78613" w14:textId="77777777" w:rsidR="00FA14E0" w:rsidRPr="00FA14E0" w:rsidRDefault="00FA14E0" w:rsidP="00FA14E0">
            <w:pPr>
              <w:spacing w:after="0" w:line="240" w:lineRule="auto"/>
              <w:jc w:val="both"/>
              <w:rPr>
                <w:rFonts w:cs="Times New Roman"/>
                <w:b/>
                <w:i/>
                <w:sz w:val="20"/>
                <w:szCs w:val="20"/>
                <w:lang w:val="pl-PL" w:eastAsia="pl-PL"/>
              </w:rPr>
            </w:pPr>
            <w:r w:rsidRPr="00FA14E0">
              <w:rPr>
                <w:rFonts w:cs="Times New Roman"/>
                <w:b/>
                <w:i/>
                <w:sz w:val="20"/>
                <w:szCs w:val="20"/>
                <w:lang w:val="pl-PL" w:eastAsia="pl-PL"/>
              </w:rPr>
              <w:t>(pieczęć)</w:t>
            </w:r>
          </w:p>
        </w:tc>
        <w:tc>
          <w:tcPr>
            <w:tcW w:w="4394" w:type="dxa"/>
          </w:tcPr>
          <w:p w14:paraId="6ACF4C82" w14:textId="77777777" w:rsidR="00FA14E0" w:rsidRPr="00FA14E0" w:rsidRDefault="00FA14E0" w:rsidP="00FA14E0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val="pl-PL" w:eastAsia="pl-PL"/>
              </w:rPr>
            </w:pPr>
          </w:p>
        </w:tc>
      </w:tr>
      <w:tr w:rsidR="00FA14E0" w:rsidRPr="00FA14E0" w14:paraId="0CAB9631" w14:textId="77777777" w:rsidTr="00AF5574">
        <w:trPr>
          <w:trHeight w:val="549"/>
        </w:trPr>
        <w:tc>
          <w:tcPr>
            <w:tcW w:w="4678" w:type="dxa"/>
          </w:tcPr>
          <w:p w14:paraId="62921993" w14:textId="77777777" w:rsidR="00FA14E0" w:rsidRPr="00FA14E0" w:rsidRDefault="00FA14E0" w:rsidP="00FA14E0">
            <w:pPr>
              <w:spacing w:after="0" w:line="240" w:lineRule="auto"/>
              <w:jc w:val="both"/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</w:pPr>
            <w:r w:rsidRPr="00FA14E0"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  <w:t xml:space="preserve">Forma </w:t>
            </w:r>
            <w:proofErr w:type="spellStart"/>
            <w:r w:rsidRPr="00FA14E0"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  <w:t>organizacyjno</w:t>
            </w:r>
            <w:proofErr w:type="spellEnd"/>
            <w:r w:rsidRPr="00FA14E0"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  <w:t xml:space="preserve"> – prawna </w:t>
            </w:r>
          </w:p>
        </w:tc>
        <w:tc>
          <w:tcPr>
            <w:tcW w:w="4394" w:type="dxa"/>
          </w:tcPr>
          <w:p w14:paraId="19EBF891" w14:textId="77777777" w:rsidR="00FA14E0" w:rsidRPr="00FA14E0" w:rsidRDefault="00FA14E0" w:rsidP="00FA14E0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val="pl-PL" w:eastAsia="pl-PL"/>
              </w:rPr>
            </w:pPr>
          </w:p>
        </w:tc>
      </w:tr>
      <w:tr w:rsidR="00FA14E0" w:rsidRPr="00FA14E0" w14:paraId="29AF78D5" w14:textId="77777777" w:rsidTr="00AF5574">
        <w:trPr>
          <w:trHeight w:val="966"/>
        </w:trPr>
        <w:tc>
          <w:tcPr>
            <w:tcW w:w="4678" w:type="dxa"/>
          </w:tcPr>
          <w:p w14:paraId="2DAD7C2A" w14:textId="77777777" w:rsidR="00FA14E0" w:rsidRPr="00FA14E0" w:rsidRDefault="00FA14E0" w:rsidP="00FA14E0">
            <w:pPr>
              <w:spacing w:after="0" w:line="240" w:lineRule="auto"/>
              <w:jc w:val="both"/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</w:pPr>
            <w:r w:rsidRPr="00FA14E0"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  <w:t>Osoba wyznaczona przez Wykonawcę do kontaktów z Zamawiającym</w:t>
            </w:r>
          </w:p>
        </w:tc>
        <w:tc>
          <w:tcPr>
            <w:tcW w:w="4394" w:type="dxa"/>
          </w:tcPr>
          <w:p w14:paraId="73813118" w14:textId="77777777" w:rsidR="00FA14E0" w:rsidRPr="00FA14E0" w:rsidRDefault="00FA14E0" w:rsidP="00FA14E0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pl-PL" w:eastAsia="pl-PL"/>
              </w:rPr>
            </w:pPr>
          </w:p>
          <w:p w14:paraId="3E455DC1" w14:textId="77777777" w:rsidR="00FA14E0" w:rsidRPr="00FA14E0" w:rsidRDefault="00FA14E0" w:rsidP="00FA14E0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pl-PL" w:eastAsia="pl-PL"/>
              </w:rPr>
            </w:pPr>
            <w:r w:rsidRPr="00FA14E0">
              <w:rPr>
                <w:rFonts w:cs="Times New Roman"/>
                <w:sz w:val="24"/>
                <w:szCs w:val="24"/>
                <w:lang w:val="pl-PL" w:eastAsia="pl-PL"/>
              </w:rPr>
              <w:t>…………………………………..………</w:t>
            </w:r>
          </w:p>
          <w:p w14:paraId="062A8EA8" w14:textId="77777777" w:rsidR="00FA14E0" w:rsidRPr="00FA14E0" w:rsidRDefault="00FA14E0" w:rsidP="00FA14E0">
            <w:pPr>
              <w:spacing w:after="0" w:line="240" w:lineRule="auto"/>
              <w:jc w:val="both"/>
              <w:rPr>
                <w:rFonts w:cs="Times New Roman"/>
                <w:i/>
                <w:sz w:val="20"/>
                <w:szCs w:val="20"/>
                <w:lang w:val="pl-PL" w:eastAsia="pl-PL"/>
              </w:rPr>
            </w:pPr>
            <w:r w:rsidRPr="00FA14E0">
              <w:rPr>
                <w:rFonts w:cs="Times New Roman"/>
                <w:i/>
                <w:sz w:val="20"/>
                <w:szCs w:val="20"/>
                <w:lang w:val="pl-PL" w:eastAsia="pl-PL"/>
              </w:rPr>
              <w:t>(Imię i Nazwisko, nr telefonu)</w:t>
            </w:r>
          </w:p>
        </w:tc>
      </w:tr>
      <w:tr w:rsidR="00FA14E0" w:rsidRPr="00FA14E0" w14:paraId="4FFC7145" w14:textId="77777777" w:rsidTr="00AF5574">
        <w:trPr>
          <w:trHeight w:val="618"/>
        </w:trPr>
        <w:tc>
          <w:tcPr>
            <w:tcW w:w="4678" w:type="dxa"/>
          </w:tcPr>
          <w:p w14:paraId="4BBB46E4" w14:textId="77777777" w:rsidR="00FA14E0" w:rsidRPr="00FA14E0" w:rsidRDefault="00FA14E0" w:rsidP="00FA14E0">
            <w:pPr>
              <w:spacing w:after="0" w:line="240" w:lineRule="auto"/>
              <w:jc w:val="both"/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</w:pPr>
            <w:r w:rsidRPr="00FA14E0"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  <w:t>Nr faksu Wykonawcy</w:t>
            </w:r>
          </w:p>
          <w:p w14:paraId="6A9B658D" w14:textId="77777777" w:rsidR="00FA14E0" w:rsidRPr="00FA14E0" w:rsidRDefault="00FA14E0" w:rsidP="00FA14E0">
            <w:pPr>
              <w:spacing w:after="0" w:line="240" w:lineRule="auto"/>
              <w:jc w:val="both"/>
              <w:rPr>
                <w:rFonts w:cs="Times New Roman"/>
                <w:b/>
                <w:i/>
                <w:sz w:val="20"/>
                <w:szCs w:val="20"/>
                <w:lang w:val="pl-PL" w:eastAsia="pl-PL"/>
              </w:rPr>
            </w:pPr>
            <w:r w:rsidRPr="00FA14E0">
              <w:rPr>
                <w:rFonts w:cs="Times New Roman"/>
                <w:b/>
                <w:i/>
                <w:sz w:val="20"/>
                <w:szCs w:val="20"/>
                <w:lang w:val="pl-PL" w:eastAsia="pl-PL"/>
              </w:rPr>
              <w:t>(Na wskazany numer będzie wysyłana korespondencja)</w:t>
            </w:r>
          </w:p>
        </w:tc>
        <w:tc>
          <w:tcPr>
            <w:tcW w:w="4394" w:type="dxa"/>
          </w:tcPr>
          <w:p w14:paraId="6693D26C" w14:textId="77777777" w:rsidR="00FA14E0" w:rsidRPr="00FA14E0" w:rsidRDefault="00FA14E0" w:rsidP="00FA14E0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val="pl-PL" w:eastAsia="pl-PL"/>
              </w:rPr>
            </w:pPr>
          </w:p>
        </w:tc>
      </w:tr>
      <w:tr w:rsidR="00FA14E0" w:rsidRPr="00FA14E0" w14:paraId="14CCF4B0" w14:textId="77777777" w:rsidTr="00AF5574">
        <w:tc>
          <w:tcPr>
            <w:tcW w:w="4678" w:type="dxa"/>
          </w:tcPr>
          <w:p w14:paraId="22923D75" w14:textId="77777777" w:rsidR="00FA14E0" w:rsidRPr="00FA14E0" w:rsidRDefault="00FA14E0" w:rsidP="00FA14E0">
            <w:pPr>
              <w:spacing w:after="0" w:line="240" w:lineRule="auto"/>
              <w:jc w:val="both"/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</w:pPr>
            <w:r w:rsidRPr="00FA14E0"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  <w:t xml:space="preserve">e-mail </w:t>
            </w:r>
            <w:r w:rsidRPr="00FA14E0">
              <w:rPr>
                <w:rFonts w:cs="Times New Roman"/>
                <w:b/>
                <w:i/>
                <w:sz w:val="20"/>
                <w:szCs w:val="20"/>
                <w:lang w:val="pl-PL" w:eastAsia="pl-PL"/>
              </w:rPr>
              <w:t>(do korespondencji elektronicznej)</w:t>
            </w:r>
          </w:p>
        </w:tc>
        <w:tc>
          <w:tcPr>
            <w:tcW w:w="4394" w:type="dxa"/>
          </w:tcPr>
          <w:p w14:paraId="5F4C7FBA" w14:textId="77777777" w:rsidR="00FA14E0" w:rsidRPr="00FA14E0" w:rsidRDefault="00FA14E0" w:rsidP="00FA14E0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val="pl-PL" w:eastAsia="pl-PL"/>
              </w:rPr>
            </w:pPr>
          </w:p>
        </w:tc>
      </w:tr>
      <w:tr w:rsidR="00FA14E0" w:rsidRPr="00FA14E0" w14:paraId="0D80135A" w14:textId="77777777" w:rsidTr="00AF5574">
        <w:tc>
          <w:tcPr>
            <w:tcW w:w="4678" w:type="dxa"/>
          </w:tcPr>
          <w:p w14:paraId="15D3CFEB" w14:textId="77777777" w:rsidR="00FA14E0" w:rsidRPr="00FA14E0" w:rsidRDefault="00FA14E0" w:rsidP="00FA14E0">
            <w:pPr>
              <w:spacing w:after="0" w:line="240" w:lineRule="auto"/>
              <w:jc w:val="both"/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</w:pPr>
            <w:r w:rsidRPr="00FA14E0"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  <w:t>Siedziba Wykonawcy</w:t>
            </w:r>
          </w:p>
        </w:tc>
        <w:tc>
          <w:tcPr>
            <w:tcW w:w="4394" w:type="dxa"/>
          </w:tcPr>
          <w:p w14:paraId="79DC24E3" w14:textId="77777777" w:rsidR="00FA14E0" w:rsidRPr="00FA14E0" w:rsidRDefault="00FA14E0" w:rsidP="00FA14E0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val="pl-PL" w:eastAsia="pl-PL"/>
              </w:rPr>
            </w:pPr>
          </w:p>
        </w:tc>
      </w:tr>
      <w:tr w:rsidR="00FA14E0" w:rsidRPr="00FA14E0" w14:paraId="1BBA108C" w14:textId="77777777" w:rsidTr="00AF5574">
        <w:tc>
          <w:tcPr>
            <w:tcW w:w="4678" w:type="dxa"/>
          </w:tcPr>
          <w:p w14:paraId="057312FB" w14:textId="77777777" w:rsidR="00FA14E0" w:rsidRPr="00FA14E0" w:rsidRDefault="00FA14E0" w:rsidP="00FA14E0">
            <w:pPr>
              <w:spacing w:after="0" w:line="240" w:lineRule="auto"/>
              <w:jc w:val="both"/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</w:pPr>
            <w:r w:rsidRPr="00FA14E0"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  <w:t>Miejscowość</w:t>
            </w:r>
          </w:p>
        </w:tc>
        <w:tc>
          <w:tcPr>
            <w:tcW w:w="4394" w:type="dxa"/>
          </w:tcPr>
          <w:p w14:paraId="2AABCBE6" w14:textId="77777777" w:rsidR="00FA14E0" w:rsidRPr="00FA14E0" w:rsidRDefault="00FA14E0" w:rsidP="00FA14E0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val="pl-PL" w:eastAsia="pl-PL"/>
              </w:rPr>
            </w:pPr>
          </w:p>
        </w:tc>
      </w:tr>
      <w:tr w:rsidR="00FA14E0" w:rsidRPr="00FA14E0" w14:paraId="037615FB" w14:textId="77777777" w:rsidTr="00AF5574">
        <w:tc>
          <w:tcPr>
            <w:tcW w:w="4678" w:type="dxa"/>
          </w:tcPr>
          <w:p w14:paraId="4C19841B" w14:textId="77777777" w:rsidR="00FA14E0" w:rsidRPr="00FA14E0" w:rsidRDefault="00FA14E0" w:rsidP="00FA14E0">
            <w:pPr>
              <w:spacing w:after="0" w:line="240" w:lineRule="auto"/>
              <w:jc w:val="both"/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</w:pPr>
            <w:r w:rsidRPr="00FA14E0"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  <w:t>Ulica</w:t>
            </w:r>
          </w:p>
        </w:tc>
        <w:tc>
          <w:tcPr>
            <w:tcW w:w="4394" w:type="dxa"/>
          </w:tcPr>
          <w:p w14:paraId="09EDD0F6" w14:textId="77777777" w:rsidR="00FA14E0" w:rsidRPr="00FA14E0" w:rsidRDefault="00FA14E0" w:rsidP="00FA14E0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val="pl-PL" w:eastAsia="pl-PL"/>
              </w:rPr>
            </w:pPr>
          </w:p>
        </w:tc>
      </w:tr>
      <w:tr w:rsidR="00FA14E0" w:rsidRPr="00FA14E0" w14:paraId="04F3326C" w14:textId="77777777" w:rsidTr="00AF5574">
        <w:tc>
          <w:tcPr>
            <w:tcW w:w="4678" w:type="dxa"/>
          </w:tcPr>
          <w:p w14:paraId="643602E4" w14:textId="77777777" w:rsidR="00FA14E0" w:rsidRPr="00FA14E0" w:rsidRDefault="00FA14E0" w:rsidP="00FA14E0">
            <w:pPr>
              <w:spacing w:after="0" w:line="240" w:lineRule="auto"/>
              <w:jc w:val="both"/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</w:pPr>
            <w:r w:rsidRPr="00FA14E0"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  <w:t>Nr domu Nr lokalu</w:t>
            </w:r>
          </w:p>
        </w:tc>
        <w:tc>
          <w:tcPr>
            <w:tcW w:w="4394" w:type="dxa"/>
          </w:tcPr>
          <w:p w14:paraId="0719D453" w14:textId="77777777" w:rsidR="00FA14E0" w:rsidRPr="00FA14E0" w:rsidRDefault="00FA14E0" w:rsidP="00FA14E0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val="pl-PL" w:eastAsia="pl-PL"/>
              </w:rPr>
            </w:pPr>
          </w:p>
        </w:tc>
      </w:tr>
      <w:tr w:rsidR="00FA14E0" w:rsidRPr="00FA14E0" w14:paraId="7682E6F1" w14:textId="77777777" w:rsidTr="00AF5574">
        <w:tc>
          <w:tcPr>
            <w:tcW w:w="4678" w:type="dxa"/>
          </w:tcPr>
          <w:p w14:paraId="00E20A8B" w14:textId="77777777" w:rsidR="00FA14E0" w:rsidRPr="00FA14E0" w:rsidRDefault="00FA14E0" w:rsidP="00FA14E0">
            <w:pPr>
              <w:spacing w:after="0" w:line="240" w:lineRule="auto"/>
              <w:jc w:val="both"/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</w:pPr>
            <w:r w:rsidRPr="00FA14E0"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  <w:t>Kod pocztowy</w:t>
            </w:r>
          </w:p>
        </w:tc>
        <w:tc>
          <w:tcPr>
            <w:tcW w:w="4394" w:type="dxa"/>
          </w:tcPr>
          <w:p w14:paraId="7ABB1789" w14:textId="77777777" w:rsidR="00FA14E0" w:rsidRPr="00FA14E0" w:rsidRDefault="00FA14E0" w:rsidP="00FA14E0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val="pl-PL" w:eastAsia="pl-PL"/>
              </w:rPr>
            </w:pPr>
          </w:p>
        </w:tc>
      </w:tr>
      <w:tr w:rsidR="00FA14E0" w:rsidRPr="00FA14E0" w14:paraId="2C74603F" w14:textId="77777777" w:rsidTr="00AF5574">
        <w:tc>
          <w:tcPr>
            <w:tcW w:w="4678" w:type="dxa"/>
          </w:tcPr>
          <w:p w14:paraId="16E2A0D1" w14:textId="77777777" w:rsidR="00FA14E0" w:rsidRPr="00FA14E0" w:rsidRDefault="00FA14E0" w:rsidP="00FA14E0">
            <w:pPr>
              <w:spacing w:after="0" w:line="240" w:lineRule="auto"/>
              <w:jc w:val="both"/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</w:pPr>
            <w:r w:rsidRPr="00FA14E0"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  <w:t>Telefon/Faks/</w:t>
            </w:r>
          </w:p>
        </w:tc>
        <w:tc>
          <w:tcPr>
            <w:tcW w:w="4394" w:type="dxa"/>
          </w:tcPr>
          <w:p w14:paraId="0F402FBF" w14:textId="77777777" w:rsidR="00FA14E0" w:rsidRPr="00FA14E0" w:rsidRDefault="00FA14E0" w:rsidP="00FA14E0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val="pl-PL" w:eastAsia="pl-PL"/>
              </w:rPr>
            </w:pPr>
          </w:p>
        </w:tc>
      </w:tr>
      <w:tr w:rsidR="00FA14E0" w:rsidRPr="00FA14E0" w14:paraId="7DD361B5" w14:textId="77777777" w:rsidTr="00AF5574">
        <w:tc>
          <w:tcPr>
            <w:tcW w:w="4678" w:type="dxa"/>
          </w:tcPr>
          <w:p w14:paraId="079D0AA9" w14:textId="77777777" w:rsidR="00FA14E0" w:rsidRPr="00FA14E0" w:rsidRDefault="00FA14E0" w:rsidP="00FA14E0">
            <w:pPr>
              <w:spacing w:after="0" w:line="240" w:lineRule="auto"/>
              <w:jc w:val="both"/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</w:pPr>
            <w:r w:rsidRPr="00FA14E0"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  <w:t>NIP Wykonawcy</w:t>
            </w:r>
          </w:p>
        </w:tc>
        <w:tc>
          <w:tcPr>
            <w:tcW w:w="4394" w:type="dxa"/>
          </w:tcPr>
          <w:p w14:paraId="2EAEAA98" w14:textId="77777777" w:rsidR="00FA14E0" w:rsidRPr="00FA14E0" w:rsidRDefault="00FA14E0" w:rsidP="00FA14E0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val="pl-PL" w:eastAsia="pl-PL"/>
              </w:rPr>
            </w:pPr>
          </w:p>
        </w:tc>
      </w:tr>
      <w:tr w:rsidR="00FA14E0" w:rsidRPr="00FA14E0" w14:paraId="0EB13F3F" w14:textId="77777777" w:rsidTr="00AF5574">
        <w:tc>
          <w:tcPr>
            <w:tcW w:w="4678" w:type="dxa"/>
          </w:tcPr>
          <w:p w14:paraId="31584A73" w14:textId="77777777" w:rsidR="00FA14E0" w:rsidRPr="00FA14E0" w:rsidRDefault="00FA14E0" w:rsidP="00FA14E0">
            <w:pPr>
              <w:spacing w:after="0" w:line="240" w:lineRule="auto"/>
              <w:jc w:val="both"/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</w:pPr>
            <w:r w:rsidRPr="00FA14E0"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  <w:t>REGON Wykonawcy</w:t>
            </w:r>
          </w:p>
        </w:tc>
        <w:tc>
          <w:tcPr>
            <w:tcW w:w="4394" w:type="dxa"/>
          </w:tcPr>
          <w:p w14:paraId="232CF49F" w14:textId="77777777" w:rsidR="00FA14E0" w:rsidRPr="00FA14E0" w:rsidRDefault="00FA14E0" w:rsidP="00FA14E0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val="pl-PL" w:eastAsia="pl-PL"/>
              </w:rPr>
            </w:pPr>
          </w:p>
        </w:tc>
      </w:tr>
      <w:tr w:rsidR="00FA14E0" w:rsidRPr="00FA14E0" w14:paraId="794961ED" w14:textId="77777777" w:rsidTr="00AF5574">
        <w:tc>
          <w:tcPr>
            <w:tcW w:w="4678" w:type="dxa"/>
          </w:tcPr>
          <w:p w14:paraId="40D4124D" w14:textId="77777777" w:rsidR="00FA14E0" w:rsidRPr="00FA14E0" w:rsidRDefault="00FA14E0" w:rsidP="00FA14E0">
            <w:pPr>
              <w:spacing w:after="0" w:line="240" w:lineRule="auto"/>
              <w:jc w:val="both"/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</w:pPr>
            <w:r w:rsidRPr="00FA14E0"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  <w:t>Nazwa banku i nr konta:</w:t>
            </w:r>
          </w:p>
        </w:tc>
        <w:tc>
          <w:tcPr>
            <w:tcW w:w="4394" w:type="dxa"/>
          </w:tcPr>
          <w:p w14:paraId="22CEF994" w14:textId="77777777" w:rsidR="00FA14E0" w:rsidRPr="00FA14E0" w:rsidRDefault="00FA14E0" w:rsidP="00FA14E0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val="pl-PL" w:eastAsia="pl-PL"/>
              </w:rPr>
            </w:pPr>
          </w:p>
        </w:tc>
      </w:tr>
      <w:tr w:rsidR="00FA14E0" w:rsidRPr="00FA14E0" w14:paraId="7F9CFA2E" w14:textId="77777777" w:rsidTr="00AF5574">
        <w:tc>
          <w:tcPr>
            <w:tcW w:w="4678" w:type="dxa"/>
          </w:tcPr>
          <w:p w14:paraId="0F3EC606" w14:textId="77777777" w:rsidR="00FA14E0" w:rsidRPr="00FA14E0" w:rsidRDefault="00FA14E0" w:rsidP="00FA14E0">
            <w:pPr>
              <w:spacing w:after="0" w:line="240" w:lineRule="auto"/>
              <w:jc w:val="both"/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</w:pPr>
            <w:r w:rsidRPr="00FA14E0">
              <w:rPr>
                <w:rFonts w:cs="Times New Roman"/>
                <w:b/>
                <w:i/>
                <w:sz w:val="24"/>
                <w:szCs w:val="24"/>
                <w:lang w:val="pl-PL" w:eastAsia="pl-PL"/>
              </w:rPr>
              <w:t>Osobą uprawnioną do reprezentowania Wykonawcy jest/są:</w:t>
            </w:r>
          </w:p>
        </w:tc>
        <w:tc>
          <w:tcPr>
            <w:tcW w:w="4394" w:type="dxa"/>
          </w:tcPr>
          <w:p w14:paraId="763F90A5" w14:textId="77777777" w:rsidR="00FA14E0" w:rsidRPr="00FA14E0" w:rsidRDefault="00FA14E0" w:rsidP="00FA14E0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  <w:lang w:val="pl-PL" w:eastAsia="pl-PL"/>
              </w:rPr>
            </w:pPr>
          </w:p>
        </w:tc>
      </w:tr>
    </w:tbl>
    <w:p w14:paraId="4436BACF" w14:textId="77777777" w:rsidR="00FA14E0" w:rsidRPr="00FA14E0" w:rsidRDefault="00FA14E0" w:rsidP="00FA14E0">
      <w:pPr>
        <w:spacing w:after="0" w:line="240" w:lineRule="auto"/>
        <w:ind w:left="142"/>
        <w:jc w:val="both"/>
        <w:rPr>
          <w:rFonts w:cs="Times New Roman"/>
          <w:b/>
          <w:sz w:val="24"/>
          <w:szCs w:val="24"/>
          <w:lang w:val="pl-PL" w:eastAsia="pl-PL"/>
        </w:rPr>
      </w:pPr>
      <w:r w:rsidRPr="00FA14E0">
        <w:rPr>
          <w:rFonts w:cs="Times New Roman"/>
          <w:b/>
          <w:sz w:val="24"/>
          <w:szCs w:val="24"/>
          <w:lang w:val="pl-PL" w:eastAsia="pl-PL"/>
        </w:rPr>
        <w:t>Lokalna Organizacja Turystyczna Powiatu Limanowskiego</w:t>
      </w:r>
    </w:p>
    <w:p w14:paraId="02A97A09" w14:textId="77777777" w:rsidR="00FA14E0" w:rsidRPr="00FA14E0" w:rsidRDefault="00FA14E0" w:rsidP="00FA14E0">
      <w:pPr>
        <w:spacing w:after="0" w:line="240" w:lineRule="auto"/>
        <w:ind w:left="142"/>
        <w:jc w:val="both"/>
        <w:rPr>
          <w:rFonts w:cs="Times New Roman"/>
          <w:b/>
          <w:sz w:val="24"/>
          <w:szCs w:val="24"/>
          <w:lang w:val="pl-PL" w:eastAsia="pl-PL"/>
        </w:rPr>
      </w:pPr>
      <w:r w:rsidRPr="00FA14E0">
        <w:rPr>
          <w:rFonts w:cs="Times New Roman"/>
          <w:b/>
          <w:sz w:val="24"/>
          <w:szCs w:val="24"/>
          <w:lang w:val="pl-PL" w:eastAsia="pl-PL"/>
        </w:rPr>
        <w:t>ul. Józefa Marka 9</w:t>
      </w:r>
    </w:p>
    <w:p w14:paraId="3ABB4EC9" w14:textId="77777777" w:rsidR="00FA14E0" w:rsidRPr="00FA14E0" w:rsidRDefault="00FA14E0" w:rsidP="00FA14E0">
      <w:pPr>
        <w:spacing w:after="0" w:line="240" w:lineRule="auto"/>
        <w:ind w:left="142"/>
        <w:jc w:val="both"/>
        <w:rPr>
          <w:rFonts w:cs="Times New Roman"/>
          <w:b/>
          <w:sz w:val="24"/>
          <w:szCs w:val="24"/>
          <w:lang w:val="pl-PL" w:eastAsia="pl-PL"/>
        </w:rPr>
      </w:pPr>
      <w:r w:rsidRPr="00FA14E0">
        <w:rPr>
          <w:rFonts w:cs="Times New Roman"/>
          <w:b/>
          <w:sz w:val="24"/>
          <w:szCs w:val="24"/>
          <w:lang w:val="pl-PL" w:eastAsia="pl-PL"/>
        </w:rPr>
        <w:t>34-600 Limanowa</w:t>
      </w:r>
    </w:p>
    <w:p w14:paraId="61A58575" w14:textId="77777777" w:rsidR="00FA14E0" w:rsidRDefault="00FA14E0">
      <w:pPr>
        <w:spacing w:after="60"/>
        <w:jc w:val="center"/>
        <w:rPr>
          <w:b/>
        </w:rPr>
      </w:pPr>
    </w:p>
    <w:p w14:paraId="7D2515D3" w14:textId="5C37BEF4" w:rsidR="005A2503" w:rsidRDefault="00000000">
      <w:pPr>
        <w:spacing w:after="60"/>
        <w:jc w:val="center"/>
      </w:pPr>
      <w:r>
        <w:t xml:space="preserve">W </w:t>
      </w:r>
      <w:proofErr w:type="spellStart"/>
      <w:r>
        <w:t>odpowiedzi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zapytanie</w:t>
      </w:r>
      <w:proofErr w:type="spellEnd"/>
      <w:r>
        <w:t xml:space="preserve"> </w:t>
      </w:r>
      <w:proofErr w:type="spellStart"/>
      <w:r>
        <w:t>ofertowe</w:t>
      </w:r>
      <w:proofErr w:type="spellEnd"/>
      <w:r>
        <w:t xml:space="preserve"> składam ofertę na:</w:t>
      </w:r>
    </w:p>
    <w:p w14:paraId="12C3451A" w14:textId="77777777" w:rsidR="005A2503" w:rsidRDefault="00000000">
      <w:pPr>
        <w:spacing w:after="160"/>
        <w:jc w:val="center"/>
      </w:pPr>
      <w:r>
        <w:rPr>
          <w:b/>
          <w:sz w:val="24"/>
        </w:rPr>
        <w:t>Dostawę 1 sztuki kolorowego urządzenia wielofunkcyjnego A4</w:t>
      </w:r>
    </w:p>
    <w:p w14:paraId="23286B88" w14:textId="77777777" w:rsidR="00FA14E0" w:rsidRPr="00FA14E0" w:rsidRDefault="00FA14E0" w:rsidP="00FA14E0">
      <w:pPr>
        <w:tabs>
          <w:tab w:val="right" w:pos="9072"/>
        </w:tabs>
        <w:spacing w:after="0" w:line="240" w:lineRule="auto"/>
        <w:jc w:val="both"/>
        <w:rPr>
          <w:rFonts w:cs="Times New Roman"/>
          <w:b/>
          <w:bCs/>
          <w:sz w:val="24"/>
          <w:szCs w:val="24"/>
          <w:lang w:val="pl-PL" w:eastAsia="pl-PL"/>
        </w:rPr>
      </w:pPr>
      <w:r w:rsidRPr="00FA14E0">
        <w:rPr>
          <w:rFonts w:cs="Times New Roman"/>
          <w:b/>
          <w:bCs/>
          <w:sz w:val="24"/>
          <w:szCs w:val="24"/>
          <w:lang w:val="pl-PL" w:eastAsia="pl-PL"/>
        </w:rPr>
        <w:t>„Zadanie publiczne pn. „Szlak kulinarny w Gorcach i Beskidzie Wyspowym” dofinansowano ze środków Ministerstwa Sportu i Turystyki zgodnie z zawartą umową nr 2026.00040/5124/UDOT/DT/BP/IC z dnia 24.04.2026 r.”</w:t>
      </w:r>
    </w:p>
    <w:p w14:paraId="70C4A3CD" w14:textId="77777777" w:rsidR="00FA14E0" w:rsidRDefault="00FA14E0">
      <w:pPr>
        <w:spacing w:before="180" w:after="80"/>
        <w:rPr>
          <w:b/>
          <w:sz w:val="23"/>
        </w:rPr>
      </w:pPr>
    </w:p>
    <w:p w14:paraId="43B30583" w14:textId="77777777" w:rsidR="00FA14E0" w:rsidRDefault="00FA14E0">
      <w:pPr>
        <w:spacing w:before="180" w:after="80"/>
        <w:rPr>
          <w:b/>
          <w:sz w:val="23"/>
        </w:rPr>
      </w:pPr>
    </w:p>
    <w:p w14:paraId="49EF330A" w14:textId="0F016602" w:rsidR="005A2503" w:rsidRDefault="00000000">
      <w:pPr>
        <w:spacing w:before="180" w:after="80"/>
      </w:pPr>
      <w:r>
        <w:rPr>
          <w:b/>
          <w:sz w:val="23"/>
        </w:rPr>
        <w:t>1. Cena oferty</w:t>
      </w:r>
    </w:p>
    <w:p w14:paraId="7885EAF5" w14:textId="77777777" w:rsidR="005A2503" w:rsidRDefault="00000000">
      <w:pPr>
        <w:spacing w:after="60"/>
      </w:pPr>
      <w:r>
        <w:t>Cena netto za wykonanie przedmiotu zamówienia wynosi: ........................................ zł</w:t>
      </w:r>
    </w:p>
    <w:p w14:paraId="4493C186" w14:textId="77777777" w:rsidR="005A2503" w:rsidRDefault="00000000">
      <w:pPr>
        <w:spacing w:after="60"/>
      </w:pPr>
      <w:r>
        <w:t>słownie netto: ..................................................................................................................... zł</w:t>
      </w:r>
    </w:p>
    <w:p w14:paraId="737409B8" w14:textId="77777777" w:rsidR="005A2503" w:rsidRDefault="00000000">
      <w:pPr>
        <w:spacing w:after="60"/>
      </w:pPr>
      <w:r>
        <w:t>Podatek VAT: ............... %, kwota VAT: ........................................ zł</w:t>
      </w:r>
    </w:p>
    <w:p w14:paraId="45A5C218" w14:textId="77777777" w:rsidR="005A2503" w:rsidRDefault="00000000">
      <w:pPr>
        <w:spacing w:after="60"/>
      </w:pPr>
      <w:r>
        <w:rPr>
          <w:b/>
        </w:rPr>
        <w:t>Cena brutto wynosi: ........................................ zł</w:t>
      </w:r>
    </w:p>
    <w:p w14:paraId="0313DC14" w14:textId="77777777" w:rsidR="005A2503" w:rsidRDefault="00000000">
      <w:r>
        <w:t>słownie brutto: ..................................................................................................................... zł</w:t>
      </w:r>
    </w:p>
    <w:p w14:paraId="2BEE9813" w14:textId="77777777" w:rsidR="005A2503" w:rsidRDefault="00000000">
      <w:pPr>
        <w:spacing w:after="80"/>
      </w:pPr>
      <w:r>
        <w:t>Oświadczam, że zaoferowana cena zawiera wszelkie koszty związane z realizacją zamówienia, w tym koszty niezbędne do prawidłowego dostarczenia urządzenia, jeżeli zostały przewidziane w ofercie.</w:t>
      </w:r>
    </w:p>
    <w:p w14:paraId="53CB1C62" w14:textId="77777777" w:rsidR="00FA14E0" w:rsidRDefault="00FA14E0">
      <w:pPr>
        <w:spacing w:before="180" w:after="80"/>
        <w:rPr>
          <w:b/>
          <w:sz w:val="23"/>
        </w:rPr>
      </w:pPr>
    </w:p>
    <w:p w14:paraId="7B4CDC34" w14:textId="45E74190" w:rsidR="005A2503" w:rsidRDefault="00000000">
      <w:pPr>
        <w:spacing w:before="180" w:after="80"/>
      </w:pPr>
      <w:r>
        <w:rPr>
          <w:b/>
          <w:sz w:val="23"/>
        </w:rPr>
        <w:t>2. Oferowane urządzenie</w:t>
      </w:r>
    </w:p>
    <w:p w14:paraId="4EA8BCC9" w14:textId="77777777" w:rsidR="005A2503" w:rsidRDefault="00000000" w:rsidP="00FA14E0">
      <w:pPr>
        <w:spacing w:after="60" w:line="360" w:lineRule="auto"/>
      </w:pPr>
      <w:r>
        <w:t>Marka i model urządzenia: ......................................................................................................</w:t>
      </w:r>
    </w:p>
    <w:p w14:paraId="3A5F5BA3" w14:textId="77777777" w:rsidR="005A2503" w:rsidRDefault="00000000" w:rsidP="00FA14E0">
      <w:pPr>
        <w:spacing w:after="60" w:line="360" w:lineRule="auto"/>
      </w:pPr>
      <w:r>
        <w:t>Technologia druku: ..............................................................................................................</w:t>
      </w:r>
    </w:p>
    <w:p w14:paraId="774B5647" w14:textId="77777777" w:rsidR="005A2503" w:rsidRDefault="00000000" w:rsidP="00FA14E0">
      <w:pPr>
        <w:spacing w:after="60" w:line="360" w:lineRule="auto"/>
      </w:pPr>
      <w:r>
        <w:t>Funkcje urządzenia: ............................................................................................................</w:t>
      </w:r>
    </w:p>
    <w:p w14:paraId="2039C85F" w14:textId="77777777" w:rsidR="005A2503" w:rsidRDefault="00000000" w:rsidP="00FA14E0">
      <w:pPr>
        <w:spacing w:after="60" w:line="360" w:lineRule="auto"/>
      </w:pPr>
      <w:r>
        <w:t>Łączność sieciowa: ..............................................................................................................</w:t>
      </w:r>
    </w:p>
    <w:p w14:paraId="63C8B19C" w14:textId="77777777" w:rsidR="005A2503" w:rsidRDefault="00000000" w:rsidP="00FA14E0">
      <w:pPr>
        <w:spacing w:after="60" w:line="360" w:lineRule="auto"/>
      </w:pPr>
      <w:r>
        <w:t>ADF / skanowanie dwustronne: ..............................................................................................</w:t>
      </w:r>
    </w:p>
    <w:p w14:paraId="2552AA5B" w14:textId="77777777" w:rsidR="005A2503" w:rsidRDefault="00000000" w:rsidP="00FA14E0">
      <w:pPr>
        <w:spacing w:after="60" w:line="360" w:lineRule="auto"/>
      </w:pPr>
      <w:r>
        <w:t>Panel sterowania: .................................................................................................................</w:t>
      </w:r>
    </w:p>
    <w:p w14:paraId="6F5E221F" w14:textId="77777777" w:rsidR="005A2503" w:rsidRDefault="00000000" w:rsidP="00FA14E0">
      <w:pPr>
        <w:spacing w:after="60" w:line="360" w:lineRule="auto"/>
      </w:pPr>
      <w:r>
        <w:t>Okres gwarancji: ..................................................................................................................</w:t>
      </w:r>
    </w:p>
    <w:p w14:paraId="095000E4" w14:textId="77777777" w:rsidR="005A2503" w:rsidRDefault="00000000" w:rsidP="00FA14E0">
      <w:pPr>
        <w:spacing w:after="60" w:line="360" w:lineRule="auto"/>
      </w:pPr>
      <w:r>
        <w:t>Informacja o serwisie / gwarancji realizowanej w Polsce: ..........................................................</w:t>
      </w:r>
    </w:p>
    <w:p w14:paraId="5D3EE798" w14:textId="77777777" w:rsidR="005A2503" w:rsidRDefault="00000000" w:rsidP="00FA14E0">
      <w:pPr>
        <w:spacing w:after="60" w:line="360" w:lineRule="auto"/>
      </w:pPr>
      <w:r>
        <w:t>Materiały startowe w zestawie: ...............................................................................................</w:t>
      </w:r>
    </w:p>
    <w:p w14:paraId="41555C44" w14:textId="320CCB19" w:rsidR="005A2503" w:rsidRDefault="00000000">
      <w:pPr>
        <w:spacing w:before="180" w:after="80"/>
      </w:pPr>
      <w:r>
        <w:rPr>
          <w:b/>
          <w:sz w:val="23"/>
        </w:rPr>
        <w:t>3. Oświadczenia Wykonawcy</w:t>
      </w:r>
    </w:p>
    <w:p w14:paraId="02C18023" w14:textId="77777777" w:rsidR="005A2503" w:rsidRDefault="00000000">
      <w:pPr>
        <w:spacing w:after="50"/>
        <w:ind w:left="369" w:hanging="369"/>
      </w:pPr>
      <w:r>
        <w:t>1) Oświadczam, że oferowane urządzenie spełnia wymagania określone w zapytaniu ofertowym / opisie przedmiotu zamówienia.</w:t>
      </w:r>
    </w:p>
    <w:p w14:paraId="545D739D" w14:textId="77777777" w:rsidR="005A2503" w:rsidRDefault="00000000">
      <w:pPr>
        <w:spacing w:after="50"/>
        <w:ind w:left="369" w:hanging="369"/>
      </w:pPr>
      <w:r>
        <w:t>2) Oświadczam, że urządzenie jest fabrycznie nowe, nieużywane, niepoleasingowe i niepowystawowe.</w:t>
      </w:r>
    </w:p>
    <w:p w14:paraId="20293105" w14:textId="77777777" w:rsidR="005A2503" w:rsidRDefault="00000000">
      <w:pPr>
        <w:spacing w:after="50"/>
        <w:ind w:left="369" w:hanging="369"/>
      </w:pPr>
      <w:r>
        <w:t>3) Oświadczam, że urządzenie pochodzi z legalnej dystrybucji przeznaczonej na rynek polski lub rynek UE/EOG.</w:t>
      </w:r>
    </w:p>
    <w:p w14:paraId="674A5545" w14:textId="77777777" w:rsidR="005A2503" w:rsidRDefault="00000000">
      <w:pPr>
        <w:spacing w:after="50"/>
        <w:ind w:left="369" w:hanging="369"/>
      </w:pPr>
      <w:r>
        <w:t>4) Oświadczam, że urządzenie posiada numer seryjny producenta oraz dokument zakupu umożliwiający skorzystanie z gwarancji producenta lub autoryzowanego serwisu w Polsce.</w:t>
      </w:r>
    </w:p>
    <w:p w14:paraId="29B62AB5" w14:textId="77777777" w:rsidR="005A2503" w:rsidRDefault="00000000">
      <w:pPr>
        <w:spacing w:after="50"/>
        <w:ind w:left="369" w:hanging="369"/>
      </w:pPr>
      <w:r>
        <w:t>5) Oświadczam, że zapoznałem się z przedmiotem zamówienia i warunkami jego realizacji oraz uzyskałem informacje niezbędne do przygotowania i złożenia oferty.</w:t>
      </w:r>
    </w:p>
    <w:p w14:paraId="4C913825" w14:textId="77777777" w:rsidR="005A2503" w:rsidRDefault="00000000">
      <w:pPr>
        <w:spacing w:after="50"/>
        <w:ind w:left="369" w:hanging="369"/>
      </w:pPr>
      <w:r>
        <w:t>6) Oświadczam, że uważam się za związanego niniejszą ofertą przez okres wskazany w zapytaniu ofertowym.</w:t>
      </w:r>
    </w:p>
    <w:p w14:paraId="7A23CDD6" w14:textId="77777777" w:rsidR="005A2503" w:rsidRDefault="00000000">
      <w:pPr>
        <w:spacing w:after="50"/>
        <w:ind w:left="369" w:hanging="369"/>
      </w:pPr>
      <w:r>
        <w:t>7) Oświadczam, że dane podane w ofercie są zgodne ze stanem faktycznym.</w:t>
      </w:r>
    </w:p>
    <w:p w14:paraId="4A9C883F" w14:textId="77777777" w:rsidR="005A2503" w:rsidRDefault="00000000">
      <w:pPr>
        <w:spacing w:before="180" w:after="80"/>
      </w:pPr>
      <w:r>
        <w:rPr>
          <w:b/>
          <w:sz w:val="23"/>
        </w:rPr>
        <w:lastRenderedPageBreak/>
        <w:t>4. Załączniki do oferty</w:t>
      </w:r>
    </w:p>
    <w:p w14:paraId="7223BC50" w14:textId="77777777" w:rsidR="005A2503" w:rsidRDefault="00000000">
      <w:pPr>
        <w:spacing w:after="60"/>
      </w:pPr>
      <w:r>
        <w:t>Karta katalogowa / opis techniczny oferowanego urządzenia: TAK / NIE</w:t>
      </w:r>
    </w:p>
    <w:p w14:paraId="5FFC4AB0" w14:textId="77777777" w:rsidR="005A2503" w:rsidRDefault="00000000">
      <w:pPr>
        <w:spacing w:after="60"/>
      </w:pPr>
      <w:r>
        <w:t>Informacja o gwarancji: TAK / NIE</w:t>
      </w:r>
    </w:p>
    <w:p w14:paraId="6CCA2511" w14:textId="77777777" w:rsidR="005A2503" w:rsidRDefault="00000000">
      <w:pPr>
        <w:spacing w:after="60"/>
      </w:pPr>
      <w:r>
        <w:t>Informacja o materiałach eksploatacyjnych: TAK / NIE</w:t>
      </w:r>
    </w:p>
    <w:p w14:paraId="306D85B0" w14:textId="77777777" w:rsidR="00FA14E0" w:rsidRDefault="00FA14E0"/>
    <w:p w14:paraId="21FCE2EE" w14:textId="47D0CDA1" w:rsidR="005A2503" w:rsidRDefault="00000000">
      <w:r>
        <w:t>Inne: ....................................................................................................................................</w:t>
      </w:r>
    </w:p>
    <w:p w14:paraId="5355EA8A" w14:textId="77777777" w:rsidR="00FA14E0" w:rsidRDefault="00FA14E0" w:rsidP="00FA14E0">
      <w:pPr>
        <w:tabs>
          <w:tab w:val="left" w:pos="1985"/>
          <w:tab w:val="left" w:pos="4820"/>
          <w:tab w:val="left" w:pos="5387"/>
          <w:tab w:val="left" w:pos="8931"/>
        </w:tabs>
        <w:spacing w:after="0" w:line="240" w:lineRule="auto"/>
        <w:jc w:val="both"/>
        <w:rPr>
          <w:rFonts w:cs="Times New Roman"/>
          <w:b/>
          <w:i/>
          <w:sz w:val="24"/>
          <w:szCs w:val="24"/>
          <w:u w:val="dotted"/>
          <w:lang w:val="pl-PL" w:eastAsia="pl-PL"/>
        </w:rPr>
      </w:pPr>
    </w:p>
    <w:p w14:paraId="6386DCC8" w14:textId="77777777" w:rsidR="00FA14E0" w:rsidRDefault="00FA14E0" w:rsidP="00FA14E0">
      <w:pPr>
        <w:tabs>
          <w:tab w:val="left" w:pos="1985"/>
          <w:tab w:val="left" w:pos="4820"/>
          <w:tab w:val="left" w:pos="5387"/>
          <w:tab w:val="left" w:pos="8931"/>
        </w:tabs>
        <w:spacing w:after="0" w:line="240" w:lineRule="auto"/>
        <w:jc w:val="both"/>
        <w:rPr>
          <w:rFonts w:cs="Times New Roman"/>
          <w:b/>
          <w:i/>
          <w:sz w:val="24"/>
          <w:szCs w:val="24"/>
          <w:u w:val="dotted"/>
          <w:lang w:val="pl-PL" w:eastAsia="pl-PL"/>
        </w:rPr>
      </w:pPr>
    </w:p>
    <w:p w14:paraId="3642BEB6" w14:textId="22138FF8" w:rsidR="00FA14E0" w:rsidRPr="00FA14E0" w:rsidRDefault="00FA14E0" w:rsidP="00FA14E0">
      <w:pPr>
        <w:tabs>
          <w:tab w:val="left" w:pos="1985"/>
          <w:tab w:val="left" w:pos="4820"/>
          <w:tab w:val="left" w:pos="5387"/>
          <w:tab w:val="left" w:pos="8931"/>
        </w:tabs>
        <w:spacing w:after="0" w:line="240" w:lineRule="auto"/>
        <w:jc w:val="both"/>
        <w:rPr>
          <w:rFonts w:cs="Times New Roman"/>
          <w:b/>
          <w:i/>
          <w:sz w:val="24"/>
          <w:szCs w:val="24"/>
          <w:u w:val="dotted"/>
          <w:lang w:val="pl-PL" w:eastAsia="pl-PL"/>
        </w:rPr>
      </w:pPr>
      <w:r w:rsidRPr="00FA14E0">
        <w:rPr>
          <w:rFonts w:cs="Times New Roman"/>
          <w:b/>
          <w:i/>
          <w:sz w:val="24"/>
          <w:szCs w:val="24"/>
          <w:u w:val="dotted"/>
          <w:lang w:val="pl-PL" w:eastAsia="pl-PL"/>
        </w:rPr>
        <w:t>Prawdziwość powyższych danych potwierdzam własnoręcznym podpisem, świadom odpowiedzialności karnej z art. 297 § 1 kk.</w:t>
      </w:r>
    </w:p>
    <w:p w14:paraId="399B0D88" w14:textId="77777777" w:rsidR="00FA14E0" w:rsidRPr="00FA14E0" w:rsidRDefault="00FA14E0" w:rsidP="00FA14E0">
      <w:pPr>
        <w:tabs>
          <w:tab w:val="left" w:pos="1985"/>
          <w:tab w:val="left" w:pos="4820"/>
          <w:tab w:val="left" w:pos="5387"/>
          <w:tab w:val="left" w:pos="8931"/>
        </w:tabs>
        <w:spacing w:after="0" w:line="240" w:lineRule="auto"/>
        <w:jc w:val="both"/>
        <w:rPr>
          <w:rFonts w:cs="Times New Roman"/>
          <w:b/>
          <w:i/>
          <w:sz w:val="24"/>
          <w:szCs w:val="24"/>
          <w:u w:val="dotted"/>
          <w:lang w:val="pl-PL" w:eastAsia="pl-PL"/>
        </w:rPr>
      </w:pPr>
    </w:p>
    <w:p w14:paraId="460E165F" w14:textId="77777777" w:rsidR="00FA14E0" w:rsidRDefault="00FA14E0" w:rsidP="00FA14E0">
      <w:pPr>
        <w:tabs>
          <w:tab w:val="left" w:pos="1985"/>
          <w:tab w:val="left" w:pos="4820"/>
          <w:tab w:val="left" w:pos="5387"/>
          <w:tab w:val="left" w:pos="8931"/>
        </w:tabs>
        <w:spacing w:after="0" w:line="240" w:lineRule="auto"/>
        <w:rPr>
          <w:rFonts w:cs="Times New Roman"/>
          <w:sz w:val="24"/>
          <w:szCs w:val="24"/>
          <w:u w:val="dotted"/>
          <w:lang w:val="pl-PL" w:eastAsia="pl-PL"/>
        </w:rPr>
      </w:pPr>
    </w:p>
    <w:p w14:paraId="6ECECFA9" w14:textId="77777777" w:rsidR="00FA14E0" w:rsidRDefault="00FA14E0" w:rsidP="00FA14E0">
      <w:pPr>
        <w:tabs>
          <w:tab w:val="left" w:pos="1985"/>
          <w:tab w:val="left" w:pos="4820"/>
          <w:tab w:val="left" w:pos="5387"/>
          <w:tab w:val="left" w:pos="8931"/>
        </w:tabs>
        <w:spacing w:after="0" w:line="240" w:lineRule="auto"/>
        <w:rPr>
          <w:rFonts w:cs="Times New Roman"/>
          <w:sz w:val="24"/>
          <w:szCs w:val="24"/>
          <w:u w:val="dotted"/>
          <w:lang w:val="pl-PL" w:eastAsia="pl-PL"/>
        </w:rPr>
      </w:pPr>
    </w:p>
    <w:p w14:paraId="0C62E3D7" w14:textId="4CA737A2" w:rsidR="00FA14E0" w:rsidRPr="00FA14E0" w:rsidRDefault="00FA14E0" w:rsidP="00FA14E0">
      <w:pPr>
        <w:tabs>
          <w:tab w:val="left" w:pos="1985"/>
          <w:tab w:val="left" w:pos="4820"/>
          <w:tab w:val="left" w:pos="5387"/>
          <w:tab w:val="left" w:pos="8931"/>
        </w:tabs>
        <w:spacing w:after="0" w:line="240" w:lineRule="auto"/>
        <w:rPr>
          <w:rFonts w:cs="Times New Roman"/>
          <w:sz w:val="24"/>
          <w:szCs w:val="24"/>
          <w:lang w:val="pl-PL" w:eastAsia="pl-PL"/>
        </w:rPr>
      </w:pPr>
      <w:r w:rsidRPr="00FA14E0">
        <w:rPr>
          <w:rFonts w:cs="Times New Roman"/>
          <w:sz w:val="24"/>
          <w:szCs w:val="24"/>
          <w:u w:val="dotted"/>
          <w:lang w:val="pl-PL" w:eastAsia="pl-PL"/>
        </w:rPr>
        <w:tab/>
      </w:r>
      <w:r w:rsidRPr="00FA14E0">
        <w:rPr>
          <w:rFonts w:cs="Times New Roman"/>
          <w:sz w:val="24"/>
          <w:szCs w:val="24"/>
          <w:lang w:val="pl-PL" w:eastAsia="pl-PL"/>
        </w:rPr>
        <w:t xml:space="preserve"> dnia </w:t>
      </w:r>
      <w:r w:rsidRPr="00FA14E0">
        <w:rPr>
          <w:rFonts w:cs="Times New Roman"/>
          <w:sz w:val="24"/>
          <w:szCs w:val="24"/>
          <w:u w:val="dotted"/>
          <w:lang w:val="pl-PL" w:eastAsia="pl-PL"/>
        </w:rPr>
        <w:tab/>
      </w:r>
      <w:r w:rsidRPr="00FA14E0">
        <w:rPr>
          <w:rFonts w:cs="Times New Roman"/>
          <w:sz w:val="24"/>
          <w:szCs w:val="24"/>
          <w:lang w:val="pl-PL" w:eastAsia="pl-PL"/>
        </w:rPr>
        <w:tab/>
      </w:r>
      <w:r w:rsidRPr="00FA14E0">
        <w:rPr>
          <w:rFonts w:cs="Times New Roman"/>
          <w:sz w:val="24"/>
          <w:szCs w:val="24"/>
          <w:u w:val="dotted"/>
          <w:lang w:val="pl-PL" w:eastAsia="pl-PL"/>
        </w:rPr>
        <w:tab/>
      </w:r>
    </w:p>
    <w:p w14:paraId="48CB62E1" w14:textId="257D1028" w:rsidR="00FA14E0" w:rsidRPr="00FA14E0" w:rsidRDefault="00FA14E0" w:rsidP="00FA14E0">
      <w:pPr>
        <w:spacing w:after="0" w:line="240" w:lineRule="auto"/>
        <w:ind w:left="5529"/>
        <w:jc w:val="center"/>
        <w:rPr>
          <w:rFonts w:cs="Times New Roman"/>
          <w:sz w:val="24"/>
          <w:szCs w:val="24"/>
          <w:lang w:val="pl-PL" w:eastAsia="pl-PL"/>
        </w:rPr>
      </w:pPr>
      <w:r w:rsidRPr="00FA14E0">
        <w:rPr>
          <w:rFonts w:cs="Times New Roman"/>
          <w:sz w:val="24"/>
          <w:szCs w:val="24"/>
          <w:vertAlign w:val="superscript"/>
          <w:lang w:val="pl-PL" w:eastAsia="pl-PL"/>
        </w:rPr>
        <w:t>podpis osoby uprawnionej do składania oświadczeń</w:t>
      </w:r>
      <w:r>
        <w:rPr>
          <w:rFonts w:cs="Times New Roman"/>
          <w:sz w:val="24"/>
          <w:szCs w:val="24"/>
          <w:vertAlign w:val="superscript"/>
          <w:lang w:val="pl-PL" w:eastAsia="pl-PL"/>
        </w:rPr>
        <w:br/>
      </w:r>
      <w:r w:rsidRPr="00FA14E0">
        <w:rPr>
          <w:rFonts w:cs="Times New Roman"/>
          <w:sz w:val="24"/>
          <w:szCs w:val="24"/>
          <w:vertAlign w:val="superscript"/>
          <w:lang w:val="pl-PL" w:eastAsia="pl-PL"/>
        </w:rPr>
        <w:t xml:space="preserve"> woli w imieniu wykonawcy</w:t>
      </w:r>
    </w:p>
    <w:p w14:paraId="0C60045B" w14:textId="379A51D9" w:rsidR="005A2503" w:rsidRDefault="005A2503" w:rsidP="00FA14E0"/>
    <w:sectPr w:rsidR="005A2503" w:rsidSect="00FA14E0">
      <w:headerReference w:type="default" r:id="rId8"/>
      <w:footerReference w:type="default" r:id="rId9"/>
      <w:pgSz w:w="11906" w:h="16838" w:code="9"/>
      <w:pgMar w:top="1901" w:right="1134" w:bottom="1701" w:left="1134" w:header="312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7D2C7" w14:textId="77777777" w:rsidR="00276F95" w:rsidRDefault="00276F95">
      <w:pPr>
        <w:spacing w:after="0" w:line="240" w:lineRule="auto"/>
      </w:pPr>
      <w:r>
        <w:separator/>
      </w:r>
    </w:p>
  </w:endnote>
  <w:endnote w:type="continuationSeparator" w:id="0">
    <w:p w14:paraId="6354A10E" w14:textId="77777777" w:rsidR="00276F95" w:rsidRDefault="00276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CB8C7" w14:textId="77777777" w:rsidR="005A2503" w:rsidRDefault="00000000">
    <w:pPr>
      <w:pStyle w:val="Stopka"/>
      <w:jc w:val="center"/>
    </w:pPr>
    <w:r>
      <w:rPr>
        <w:noProof/>
      </w:rPr>
      <w:drawing>
        <wp:inline distT="0" distB="0" distL="0" distR="0" wp14:anchorId="69EE05A0" wp14:editId="0B3F0BAF">
          <wp:extent cx="2959317" cy="1098550"/>
          <wp:effectExtent l="0" t="0" r="0" b="6350"/>
          <wp:docPr id="92707398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66470" cy="1101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C4DFD2" w14:textId="094B04F3" w:rsidR="00FA14E0" w:rsidRPr="00FA14E0" w:rsidRDefault="00FA14E0" w:rsidP="00FA14E0">
    <w:pPr>
      <w:tabs>
        <w:tab w:val="right" w:pos="9072"/>
      </w:tabs>
      <w:spacing w:after="0" w:line="240" w:lineRule="auto"/>
      <w:jc w:val="center"/>
      <w:rPr>
        <w:rFonts w:cs="Times New Roman"/>
        <w:sz w:val="20"/>
        <w:szCs w:val="20"/>
        <w:lang w:val="pl-PL" w:eastAsia="pl-PL"/>
      </w:rPr>
    </w:pPr>
    <w:r w:rsidRPr="00FA14E0">
      <w:rPr>
        <w:rFonts w:cs="Times New Roman"/>
        <w:sz w:val="20"/>
        <w:szCs w:val="20"/>
        <w:lang w:val="pl-PL" w:eastAsia="pl-PL"/>
      </w:rPr>
      <w:t xml:space="preserve">„Zadanie publiczne pn. „Szlak kulinarny w Gorcach i Beskidzie Wyspowym” dofinansowano ze środków </w:t>
    </w:r>
    <w:r>
      <w:rPr>
        <w:rFonts w:cs="Times New Roman"/>
        <w:sz w:val="20"/>
        <w:szCs w:val="20"/>
        <w:lang w:val="pl-PL" w:eastAsia="pl-PL"/>
      </w:rPr>
      <w:br/>
    </w:r>
    <w:r w:rsidRPr="00FA14E0">
      <w:rPr>
        <w:rFonts w:cs="Times New Roman"/>
        <w:sz w:val="20"/>
        <w:szCs w:val="20"/>
        <w:lang w:val="pl-PL" w:eastAsia="pl-PL"/>
      </w:rPr>
      <w:t>Ministerstwa Sportu i Turystyki zgodnie z zawartą umową nr 2026.00040/5124/UDOT/DT/BP/IC</w:t>
    </w:r>
    <w:r>
      <w:rPr>
        <w:rFonts w:cs="Times New Roman"/>
        <w:sz w:val="20"/>
        <w:szCs w:val="20"/>
        <w:lang w:val="pl-PL" w:eastAsia="pl-PL"/>
      </w:rPr>
      <w:br/>
    </w:r>
    <w:r w:rsidRPr="00FA14E0">
      <w:rPr>
        <w:rFonts w:cs="Times New Roman"/>
        <w:sz w:val="20"/>
        <w:szCs w:val="20"/>
        <w:lang w:val="pl-PL" w:eastAsia="pl-PL"/>
      </w:rPr>
      <w:t xml:space="preserve"> z dnia 24.04.2026 r.”</w:t>
    </w:r>
  </w:p>
  <w:p w14:paraId="05C96C4F" w14:textId="70B473A1" w:rsidR="005A2503" w:rsidRDefault="005A2503" w:rsidP="00FA14E0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553F3" w14:textId="77777777" w:rsidR="00276F95" w:rsidRDefault="00276F95">
      <w:pPr>
        <w:spacing w:after="0" w:line="240" w:lineRule="auto"/>
      </w:pPr>
      <w:r>
        <w:separator/>
      </w:r>
    </w:p>
  </w:footnote>
  <w:footnote w:type="continuationSeparator" w:id="0">
    <w:p w14:paraId="6DC10328" w14:textId="77777777" w:rsidR="00276F95" w:rsidRDefault="00276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51471" w14:textId="77777777" w:rsidR="005A2503" w:rsidRDefault="00000000">
    <w:pPr>
      <w:pStyle w:val="Nagwek"/>
      <w:jc w:val="center"/>
    </w:pPr>
    <w:r>
      <w:rPr>
        <w:noProof/>
      </w:rPr>
      <w:drawing>
        <wp:inline distT="0" distB="0" distL="0" distR="0" wp14:anchorId="4D03DC1B" wp14:editId="281FE056">
          <wp:extent cx="6408000" cy="899913"/>
          <wp:effectExtent l="0" t="0" r="0" b="0"/>
          <wp:docPr id="124973627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08000" cy="8999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244778">
    <w:abstractNumId w:val="8"/>
  </w:num>
  <w:num w:numId="2" w16cid:durableId="1483889154">
    <w:abstractNumId w:val="6"/>
  </w:num>
  <w:num w:numId="3" w16cid:durableId="1638947597">
    <w:abstractNumId w:val="5"/>
  </w:num>
  <w:num w:numId="4" w16cid:durableId="347803919">
    <w:abstractNumId w:val="4"/>
  </w:num>
  <w:num w:numId="5" w16cid:durableId="1469515354">
    <w:abstractNumId w:val="7"/>
  </w:num>
  <w:num w:numId="6" w16cid:durableId="1978995534">
    <w:abstractNumId w:val="3"/>
  </w:num>
  <w:num w:numId="7" w16cid:durableId="1299802328">
    <w:abstractNumId w:val="2"/>
  </w:num>
  <w:num w:numId="8" w16cid:durableId="676805815">
    <w:abstractNumId w:val="1"/>
  </w:num>
  <w:num w:numId="9" w16cid:durableId="1610236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C602D"/>
    <w:rsid w:val="001F0C5C"/>
    <w:rsid w:val="00276F95"/>
    <w:rsid w:val="0029639D"/>
    <w:rsid w:val="00326F90"/>
    <w:rsid w:val="005A2503"/>
    <w:rsid w:val="006E7BC8"/>
    <w:rsid w:val="008A6A5E"/>
    <w:rsid w:val="00AA1D8D"/>
    <w:rsid w:val="00B47730"/>
    <w:rsid w:val="00CB0664"/>
    <w:rsid w:val="00FA14E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8D258B"/>
  <w14:defaultImageDpi w14:val="300"/>
  <w15:docId w15:val="{34FF8E95-0E24-4121-9F99-F4CB3A58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00" w:line="252" w:lineRule="auto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16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604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Robert Surdziel</cp:lastModifiedBy>
  <cp:revision>4</cp:revision>
  <cp:lastPrinted>2026-07-30T08:50:00Z</cp:lastPrinted>
  <dcterms:created xsi:type="dcterms:W3CDTF">2013-12-23T23:15:00Z</dcterms:created>
  <dcterms:modified xsi:type="dcterms:W3CDTF">2026-07-30T10:28:00Z</dcterms:modified>
  <cp:category/>
</cp:coreProperties>
</file>